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28"/>
        <w:gridCol w:w="7027"/>
        <w:gridCol w:w="1728"/>
      </w:tblGrid>
      <w:tr w:rsidR="00CF1E59" w14:paraId="4C1E3D97" w14:textId="77777777">
        <w:trPr>
          <w:jc w:val="center"/>
        </w:trPr>
        <w:tc>
          <w:tcPr>
            <w:tcW w:w="1728" w:type="dxa"/>
            <w:tcBorders>
              <w:top w:val="single" w:sz="10" w:space="0" w:color="17365D"/>
              <w:left w:val="single" w:sz="10" w:space="0" w:color="17365D"/>
              <w:bottom w:val="single" w:sz="10" w:space="0" w:color="17365D"/>
              <w:right w:val="single" w:sz="10" w:space="0" w:color="17365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0375B" w14:textId="77777777" w:rsidR="00CF1E59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F2C804" wp14:editId="1CF01680">
                  <wp:extent cx="749808" cy="74980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BC_School_Dummy_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7" w:type="dxa"/>
            <w:tcBorders>
              <w:top w:val="single" w:sz="10" w:space="0" w:color="17365D"/>
              <w:left w:val="single" w:sz="10" w:space="0" w:color="17365D"/>
              <w:bottom w:val="single" w:sz="10" w:space="0" w:color="17365D"/>
              <w:right w:val="single" w:sz="10" w:space="0" w:color="17365D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8798C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35"/>
              </w:rPr>
              <w:t>FEE PAYMENT RECEIPT</w:t>
            </w:r>
          </w:p>
          <w:p w14:paraId="1BFBC162" w14:textId="77777777" w:rsidR="00CF1E59" w:rsidRDefault="00000000">
            <w:pPr>
              <w:spacing w:before="20" w:after="0"/>
              <w:jc w:val="center"/>
            </w:pPr>
            <w:r>
              <w:rPr>
                <w:rFonts w:ascii="Aptos Display" w:eastAsia="Aptos Display" w:hAnsi="Aptos Display"/>
                <w:b/>
                <w:color w:val="1F2937"/>
                <w:sz w:val="22"/>
              </w:rPr>
              <w:t>{{School_Name}}</w:t>
            </w:r>
          </w:p>
          <w:p w14:paraId="2436980E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6"/>
              </w:rPr>
              <w:t>{{School_Address}} | Ph: {{School_Phone}}</w:t>
            </w:r>
          </w:p>
        </w:tc>
        <w:tc>
          <w:tcPr>
            <w:tcW w:w="1728" w:type="dxa"/>
            <w:tcBorders>
              <w:top w:val="single" w:sz="10" w:space="0" w:color="17365D"/>
              <w:left w:val="single" w:sz="10" w:space="0" w:color="17365D"/>
              <w:bottom w:val="single" w:sz="10" w:space="0" w:color="17365D"/>
              <w:right w:val="single" w:sz="10" w:space="0" w:color="17365D"/>
            </w:tcBorders>
            <w:shd w:val="clear" w:color="auto" w:fill="EEF5F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4278D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8"/>
              </w:rPr>
              <w:t>OFFICIAL</w:t>
            </w:r>
            <w:r>
              <w:rPr>
                <w:b/>
                <w:color w:val="17365D"/>
                <w:sz w:val="18"/>
              </w:rPr>
              <w:br/>
              <w:t>RECEIPT</w:t>
            </w:r>
          </w:p>
        </w:tc>
      </w:tr>
    </w:tbl>
    <w:p w14:paraId="3F2D9CE0" w14:textId="77777777" w:rsidR="00CF1E59" w:rsidRDefault="00CF1E59">
      <w:pPr>
        <w:spacing w:after="10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32"/>
        <w:gridCol w:w="3240"/>
        <w:gridCol w:w="2632"/>
        <w:gridCol w:w="2635"/>
      </w:tblGrid>
      <w:tr w:rsidR="00CF1E59" w14:paraId="1775704F" w14:textId="77777777">
        <w:trPr>
          <w:jc w:val="center"/>
        </w:trPr>
        <w:tc>
          <w:tcPr>
            <w:tcW w:w="2448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3E8211B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Receipt No.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{{Receipt_No}}</w:t>
            </w:r>
          </w:p>
        </w:tc>
        <w:tc>
          <w:tcPr>
            <w:tcW w:w="3240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B4AD996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Receipt Date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{{Receipt_Date}}</w:t>
            </w:r>
          </w:p>
        </w:tc>
        <w:tc>
          <w:tcPr>
            <w:tcW w:w="2160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89FBA0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Academic Session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{{Academic_Session}}</w:t>
            </w:r>
          </w:p>
        </w:tc>
        <w:tc>
          <w:tcPr>
            <w:tcW w:w="2635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5870271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Payment Status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{{Payment_Status}}</w:t>
            </w:r>
          </w:p>
        </w:tc>
      </w:tr>
      <w:tr w:rsidR="00CF1E59" w14:paraId="192CC15D" w14:textId="77777777">
        <w:trPr>
          <w:jc w:val="center"/>
        </w:trPr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F625693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Payment Mode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{{Payment_Mode}}</w:t>
            </w:r>
          </w:p>
        </w:tc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AA01101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Transaction / UTR No.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{{Payment_Reference}}</w:t>
            </w:r>
          </w:p>
        </w:tc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9B937C4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Collection Centre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{{Collection_Centre}}</w:t>
            </w:r>
          </w:p>
        </w:tc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19D4354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Received By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{{Received_By}}</w:t>
            </w:r>
          </w:p>
        </w:tc>
      </w:tr>
    </w:tbl>
    <w:p w14:paraId="6502CA13" w14:textId="77777777" w:rsidR="00CF1E59" w:rsidRDefault="00CF1E59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483"/>
      </w:tblGrid>
      <w:tr w:rsidR="00CF1E59" w14:paraId="5BF42828" w14:textId="77777777">
        <w:trPr>
          <w:jc w:val="center"/>
        </w:trPr>
        <w:tc>
          <w:tcPr>
            <w:tcW w:w="10483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EEF5FB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70F2B12" w14:textId="77777777" w:rsidR="00CF1E59" w:rsidRDefault="00000000">
            <w:pPr>
              <w:spacing w:after="0"/>
            </w:pPr>
            <w:r>
              <w:rPr>
                <w:b/>
                <w:color w:val="17365D"/>
              </w:rPr>
              <w:t xml:space="preserve">Received with thanks from </w:t>
            </w:r>
            <w:r>
              <w:rPr>
                <w:b/>
                <w:color w:val="1F2937"/>
                <w:sz w:val="20"/>
              </w:rPr>
              <w:t>{{Parent_Name}}</w:t>
            </w:r>
            <w:r>
              <w:rPr>
                <w:color w:val="1F2937"/>
              </w:rPr>
              <w:t xml:space="preserve"> towards the fee payment of </w:t>
            </w:r>
            <w:r>
              <w:rPr>
                <w:b/>
                <w:color w:val="1F2937"/>
                <w:sz w:val="20"/>
              </w:rPr>
              <w:t>{{Student_Name}}</w:t>
            </w:r>
            <w:r>
              <w:rPr>
                <w:color w:val="1F2937"/>
              </w:rPr>
              <w:t>.</w:t>
            </w:r>
          </w:p>
        </w:tc>
      </w:tr>
    </w:tbl>
    <w:p w14:paraId="40B55F79" w14:textId="77777777" w:rsidR="00CF1E59" w:rsidRDefault="00CF1E59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08"/>
        <w:gridCol w:w="2632"/>
        <w:gridCol w:w="2632"/>
        <w:gridCol w:w="2779"/>
      </w:tblGrid>
      <w:tr w:rsidR="00CF1E59" w14:paraId="22F763C7" w14:textId="77777777">
        <w:trPr>
          <w:jc w:val="center"/>
        </w:trPr>
        <w:tc>
          <w:tcPr>
            <w:tcW w:w="10483" w:type="dxa"/>
            <w:gridSpan w:val="4"/>
            <w:shd w:val="clear" w:color="auto" w:fill="17365D"/>
          </w:tcPr>
          <w:p w14:paraId="091C6FBD" w14:textId="77777777" w:rsidR="00CF1E59" w:rsidRDefault="00000000">
            <w:pPr>
              <w:spacing w:after="0"/>
            </w:pPr>
            <w:r>
              <w:rPr>
                <w:b/>
                <w:color w:val="FFFFFF"/>
              </w:rPr>
              <w:t>STUDENT DETAILS</w:t>
            </w:r>
          </w:p>
        </w:tc>
      </w:tr>
      <w:tr w:rsidR="00CF1E59" w14:paraId="03524B20" w14:textId="77777777">
        <w:trPr>
          <w:jc w:val="center"/>
        </w:trPr>
        <w:tc>
          <w:tcPr>
            <w:tcW w:w="2808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BB9307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Student Name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{{Student_Name}}</w:t>
            </w:r>
          </w:p>
        </w:tc>
        <w:tc>
          <w:tcPr>
            <w:tcW w:w="2376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2041CD4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Admission No.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{{Admission_No}}</w:t>
            </w:r>
          </w:p>
        </w:tc>
        <w:tc>
          <w:tcPr>
            <w:tcW w:w="2520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D2CE14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Class &amp; Section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{{Class_Section}}</w:t>
            </w:r>
          </w:p>
        </w:tc>
        <w:tc>
          <w:tcPr>
            <w:tcW w:w="2779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389FAB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Course / Batch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{{Course_Batch}}</w:t>
            </w:r>
          </w:p>
        </w:tc>
      </w:tr>
      <w:tr w:rsidR="00CF1E59" w14:paraId="5E9D8D4F" w14:textId="77777777">
        <w:trPr>
          <w:jc w:val="center"/>
        </w:trPr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18C29A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Father / Guardian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{{Parent_Name}}</w:t>
            </w:r>
          </w:p>
        </w:tc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BEE355C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Mobile No.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{{Parent_Mobile}}</w:t>
            </w:r>
          </w:p>
        </w:tc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5C81E9B8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Fee Period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{{Fee_Period}}</w:t>
            </w:r>
          </w:p>
        </w:tc>
        <w:tc>
          <w:tcPr>
            <w:tcW w:w="2632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EF02A8E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7"/>
              </w:rPr>
              <w:t>Reference / Enrolment</w:t>
            </w:r>
            <w:r>
              <w:rPr>
                <w:b/>
                <w:color w:val="17365D"/>
                <w:sz w:val="17"/>
              </w:rPr>
              <w:br/>
            </w:r>
            <w:r>
              <w:rPr>
                <w:color w:val="1F2937"/>
                <w:sz w:val="17"/>
              </w:rPr>
              <w:t>{{Student_Reference}}</w:t>
            </w:r>
          </w:p>
        </w:tc>
      </w:tr>
    </w:tbl>
    <w:p w14:paraId="5D42F620" w14:textId="77777777" w:rsidR="00CF1E59" w:rsidRDefault="00CF1E59">
      <w:pPr>
        <w:spacing w:after="80"/>
      </w:pPr>
    </w:p>
    <w:tbl>
      <w:tblPr>
        <w:tblW w:w="11011" w:type="dxa"/>
        <w:jc w:val="center"/>
        <w:tblLayout w:type="fixed"/>
        <w:tblLook w:val="04A0" w:firstRow="1" w:lastRow="0" w:firstColumn="1" w:lastColumn="0" w:noHBand="0" w:noVBand="1"/>
      </w:tblPr>
      <w:tblGrid>
        <w:gridCol w:w="1769"/>
        <w:gridCol w:w="2651"/>
        <w:gridCol w:w="2135"/>
        <w:gridCol w:w="2135"/>
        <w:gridCol w:w="2321"/>
      </w:tblGrid>
      <w:tr w:rsidR="00CF1E59" w14:paraId="43F449DB" w14:textId="77777777" w:rsidTr="00A928FB">
        <w:trPr>
          <w:trHeight w:val="291"/>
          <w:jc w:val="center"/>
        </w:trPr>
        <w:tc>
          <w:tcPr>
            <w:tcW w:w="11011" w:type="dxa"/>
            <w:gridSpan w:val="5"/>
            <w:shd w:val="clear" w:color="auto" w:fill="17365D"/>
          </w:tcPr>
          <w:p w14:paraId="6CE90F13" w14:textId="77777777" w:rsidR="00CF1E59" w:rsidRDefault="00000000">
            <w:pPr>
              <w:spacing w:after="0"/>
            </w:pPr>
            <w:r>
              <w:rPr>
                <w:b/>
                <w:color w:val="FFFFFF"/>
              </w:rPr>
              <w:t>FEE PARTICULARS</w:t>
            </w:r>
          </w:p>
        </w:tc>
      </w:tr>
      <w:tr w:rsidR="00CF1E59" w14:paraId="24C98F0C" w14:textId="77777777" w:rsidTr="00A928FB">
        <w:trPr>
          <w:trHeight w:val="251"/>
          <w:tblHeader/>
          <w:jc w:val="center"/>
        </w:trPr>
        <w:tc>
          <w:tcPr>
            <w:tcW w:w="176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C23D70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S. No.</w:t>
            </w:r>
          </w:p>
        </w:tc>
        <w:tc>
          <w:tcPr>
            <w:tcW w:w="2651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FBBB439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Fee Particulars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EFDD3F0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Fee Due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AB860F3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Concession / Discount</w:t>
            </w:r>
          </w:p>
        </w:tc>
        <w:tc>
          <w:tcPr>
            <w:tcW w:w="231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D9EA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E6C1E0C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Amount Paid</w:t>
            </w:r>
          </w:p>
        </w:tc>
      </w:tr>
      <w:tr w:rsidR="00CF1E59" w14:paraId="218E62C0" w14:textId="77777777" w:rsidTr="00A928FB">
        <w:trPr>
          <w:trHeight w:val="251"/>
          <w:jc w:val="center"/>
        </w:trPr>
        <w:tc>
          <w:tcPr>
            <w:tcW w:w="176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3818D48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1</w:t>
            </w:r>
          </w:p>
        </w:tc>
        <w:tc>
          <w:tcPr>
            <w:tcW w:w="2651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C15FFC2" w14:textId="77777777" w:rsidR="00CF1E59" w:rsidRDefault="00000000">
            <w:pPr>
              <w:spacing w:after="0"/>
            </w:pPr>
            <w:r>
              <w:rPr>
                <w:color w:val="1F2937"/>
                <w:sz w:val="17"/>
              </w:rPr>
              <w:t>{{Fee_1_Description}}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01B84C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{{Fee_1_Due}}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084182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{{Fee_1_Discount}}</w:t>
            </w:r>
          </w:p>
        </w:tc>
        <w:tc>
          <w:tcPr>
            <w:tcW w:w="231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BC5E27A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{{Fee_1_Paid}}</w:t>
            </w:r>
          </w:p>
        </w:tc>
      </w:tr>
      <w:tr w:rsidR="00CF1E59" w14:paraId="2308EE04" w14:textId="77777777" w:rsidTr="00A928FB">
        <w:trPr>
          <w:trHeight w:val="251"/>
          <w:jc w:val="center"/>
        </w:trPr>
        <w:tc>
          <w:tcPr>
            <w:tcW w:w="176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E6F201C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2</w:t>
            </w:r>
          </w:p>
        </w:tc>
        <w:tc>
          <w:tcPr>
            <w:tcW w:w="2651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82FD380" w14:textId="77777777" w:rsidR="00CF1E59" w:rsidRDefault="00000000">
            <w:pPr>
              <w:spacing w:after="0"/>
            </w:pPr>
            <w:r>
              <w:rPr>
                <w:color w:val="1F2937"/>
                <w:sz w:val="17"/>
              </w:rPr>
              <w:t>{{Fee_2_Description}}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DD19CC2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{{Fee_2_Due}}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D778E5B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{{Fee_2_Discount}}</w:t>
            </w:r>
          </w:p>
        </w:tc>
        <w:tc>
          <w:tcPr>
            <w:tcW w:w="231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E9CDE4C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{{Fee_2_Paid}}</w:t>
            </w:r>
          </w:p>
        </w:tc>
      </w:tr>
      <w:tr w:rsidR="00CF1E59" w14:paraId="69AB8441" w14:textId="77777777" w:rsidTr="00A928FB">
        <w:trPr>
          <w:trHeight w:val="251"/>
          <w:jc w:val="center"/>
        </w:trPr>
        <w:tc>
          <w:tcPr>
            <w:tcW w:w="176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89FD237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3</w:t>
            </w:r>
          </w:p>
        </w:tc>
        <w:tc>
          <w:tcPr>
            <w:tcW w:w="2651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6505BC1" w14:textId="77777777" w:rsidR="00CF1E59" w:rsidRDefault="00000000">
            <w:pPr>
              <w:spacing w:after="0"/>
            </w:pPr>
            <w:r>
              <w:rPr>
                <w:color w:val="1F2937"/>
                <w:sz w:val="17"/>
              </w:rPr>
              <w:t>{{Fee_3_Description}}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3DCB170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{{Fee_3_Due}}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48FE39C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{{Fee_3_Discount}}</w:t>
            </w:r>
          </w:p>
        </w:tc>
        <w:tc>
          <w:tcPr>
            <w:tcW w:w="231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F1BD446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{{Fee_3_Paid}}</w:t>
            </w:r>
          </w:p>
        </w:tc>
      </w:tr>
      <w:tr w:rsidR="00CF1E59" w14:paraId="334BBCB1" w14:textId="77777777" w:rsidTr="00A928FB">
        <w:trPr>
          <w:trHeight w:val="251"/>
          <w:jc w:val="center"/>
        </w:trPr>
        <w:tc>
          <w:tcPr>
            <w:tcW w:w="176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3FD9125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4</w:t>
            </w:r>
          </w:p>
        </w:tc>
        <w:tc>
          <w:tcPr>
            <w:tcW w:w="2651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1B628FB" w14:textId="77777777" w:rsidR="00CF1E59" w:rsidRDefault="00000000">
            <w:pPr>
              <w:spacing w:after="0"/>
            </w:pPr>
            <w:r>
              <w:rPr>
                <w:color w:val="1F2937"/>
                <w:sz w:val="17"/>
              </w:rPr>
              <w:t>{{Fee_4_Description}}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244F1ECB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{{Fee_4_Due}}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A5D2405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{{Fee_4_Discount}}</w:t>
            </w:r>
          </w:p>
        </w:tc>
        <w:tc>
          <w:tcPr>
            <w:tcW w:w="231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323B983A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7"/>
              </w:rPr>
              <w:t>{{Fee_4_Paid}}</w:t>
            </w:r>
          </w:p>
        </w:tc>
      </w:tr>
      <w:tr w:rsidR="00CF1E59" w14:paraId="0465A543" w14:textId="77777777" w:rsidTr="00A928FB">
        <w:trPr>
          <w:trHeight w:val="251"/>
          <w:jc w:val="center"/>
        </w:trPr>
        <w:tc>
          <w:tcPr>
            <w:tcW w:w="4420" w:type="dxa"/>
            <w:gridSpan w:val="2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EEF5FB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7B92A10C" w14:textId="77777777" w:rsidR="00CF1E59" w:rsidRDefault="00000000">
            <w:pPr>
              <w:spacing w:after="0"/>
              <w:jc w:val="right"/>
            </w:pPr>
            <w:r>
              <w:rPr>
                <w:b/>
                <w:color w:val="17365D"/>
                <w:sz w:val="17"/>
              </w:rPr>
              <w:t>TOTAL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EEF5FB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433945E4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{{Total_Fee_Due}}</w:t>
            </w:r>
          </w:p>
        </w:tc>
        <w:tc>
          <w:tcPr>
            <w:tcW w:w="2135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EEF5FB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73B117A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{{Total_Discount}}</w:t>
            </w:r>
          </w:p>
        </w:tc>
        <w:tc>
          <w:tcPr>
            <w:tcW w:w="2319" w:type="dxa"/>
            <w:tcBorders>
              <w:top w:val="single" w:sz="4" w:space="0" w:color="AFC2D4"/>
              <w:left w:val="single" w:sz="4" w:space="0" w:color="AFC2D4"/>
              <w:bottom w:val="single" w:sz="4" w:space="0" w:color="AFC2D4"/>
              <w:right w:val="single" w:sz="4" w:space="0" w:color="AFC2D4"/>
            </w:tcBorders>
            <w:shd w:val="clear" w:color="auto" w:fill="EEF5FB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001A1A0A" w14:textId="77777777" w:rsidR="00CF1E59" w:rsidRDefault="00000000">
            <w:pPr>
              <w:spacing w:after="0"/>
              <w:jc w:val="center"/>
            </w:pPr>
            <w:r>
              <w:rPr>
                <w:b/>
                <w:color w:val="17365D"/>
                <w:sz w:val="17"/>
              </w:rPr>
              <w:t>{{Paid_Total}}</w:t>
            </w:r>
          </w:p>
        </w:tc>
      </w:tr>
    </w:tbl>
    <w:p w14:paraId="4A81B496" w14:textId="77777777" w:rsidR="00CF1E59" w:rsidRDefault="00CF1E59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66"/>
        <w:gridCol w:w="3916"/>
      </w:tblGrid>
      <w:tr w:rsidR="00CF1E59" w14:paraId="1F89B4D8" w14:textId="77777777">
        <w:trPr>
          <w:jc w:val="center"/>
        </w:trPr>
        <w:tc>
          <w:tcPr>
            <w:tcW w:w="6566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EEF5FB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6CF9BE02" w14:textId="77777777" w:rsidR="00CF1E59" w:rsidRDefault="00000000">
            <w:pPr>
              <w:spacing w:after="0"/>
            </w:pPr>
            <w:r>
              <w:rPr>
                <w:b/>
                <w:color w:val="17365D"/>
                <w:sz w:val="18"/>
              </w:rPr>
              <w:t xml:space="preserve">Amount Received (in words): </w:t>
            </w:r>
            <w:r>
              <w:rPr>
                <w:b/>
                <w:color w:val="1F2937"/>
              </w:rPr>
              <w:t>{{Amount_In_Words}}</w:t>
            </w:r>
          </w:p>
          <w:p w14:paraId="43FB52C7" w14:textId="77777777" w:rsidR="00CF1E59" w:rsidRDefault="00000000">
            <w:pPr>
              <w:spacing w:before="40" w:after="0"/>
            </w:pPr>
            <w:r>
              <w:rPr>
                <w:b/>
                <w:color w:val="17365D"/>
                <w:sz w:val="18"/>
              </w:rPr>
              <w:t xml:space="preserve">Remarks: </w:t>
            </w:r>
            <w:r>
              <w:rPr>
                <w:color w:val="1F2937"/>
                <w:sz w:val="18"/>
              </w:rPr>
              <w:t>{{Remarks}}</w:t>
            </w:r>
          </w:p>
        </w:tc>
        <w:tc>
          <w:tcPr>
            <w:tcW w:w="3916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F6FB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14:paraId="1BA38678" w14:textId="77777777" w:rsidR="00CF1E59" w:rsidRDefault="00000000">
            <w:pPr>
              <w:spacing w:after="20"/>
              <w:jc w:val="right"/>
            </w:pPr>
            <w:r>
              <w:rPr>
                <w:color w:val="17365D"/>
                <w:sz w:val="17"/>
              </w:rPr>
              <w:t xml:space="preserve">Previous Due: </w:t>
            </w:r>
            <w:r>
              <w:rPr>
                <w:color w:val="1F2937"/>
                <w:sz w:val="17"/>
              </w:rPr>
              <w:t>{{Previous_Due}}</w:t>
            </w:r>
          </w:p>
          <w:p w14:paraId="6B6A6BD4" w14:textId="77777777" w:rsidR="00CF1E59" w:rsidRDefault="00000000">
            <w:pPr>
              <w:spacing w:after="20"/>
              <w:jc w:val="right"/>
            </w:pPr>
            <w:r>
              <w:rPr>
                <w:color w:val="17365D"/>
                <w:sz w:val="17"/>
              </w:rPr>
              <w:t xml:space="preserve">Late Fee: </w:t>
            </w:r>
            <w:r>
              <w:rPr>
                <w:color w:val="1F2937"/>
                <w:sz w:val="17"/>
              </w:rPr>
              <w:t>{{Late_Fee}}</w:t>
            </w:r>
          </w:p>
          <w:p w14:paraId="6CB793BB" w14:textId="77777777" w:rsidR="00CF1E59" w:rsidRDefault="00000000">
            <w:pPr>
              <w:spacing w:after="20"/>
              <w:jc w:val="right"/>
            </w:pPr>
            <w:r>
              <w:rPr>
                <w:b/>
                <w:color w:val="17365D"/>
                <w:sz w:val="17"/>
              </w:rPr>
              <w:t xml:space="preserve">Current Receipt Amount: </w:t>
            </w:r>
            <w:r>
              <w:rPr>
                <w:b/>
                <w:color w:val="1F2937"/>
                <w:sz w:val="17"/>
              </w:rPr>
              <w:t>{{Paid_Total}}</w:t>
            </w:r>
          </w:p>
          <w:p w14:paraId="59AB668A" w14:textId="77777777" w:rsidR="00CF1E59" w:rsidRDefault="00000000">
            <w:pPr>
              <w:spacing w:after="20"/>
              <w:jc w:val="right"/>
            </w:pPr>
            <w:r>
              <w:rPr>
                <w:b/>
                <w:color w:val="17365D"/>
                <w:sz w:val="17"/>
              </w:rPr>
              <w:t xml:space="preserve">Balance Due: </w:t>
            </w:r>
            <w:r>
              <w:rPr>
                <w:b/>
                <w:color w:val="1F2937"/>
                <w:sz w:val="17"/>
              </w:rPr>
              <w:t>{{Balance_Due}}</w:t>
            </w:r>
          </w:p>
        </w:tc>
      </w:tr>
    </w:tbl>
    <w:p w14:paraId="00EB8DDA" w14:textId="77777777" w:rsidR="00CF1E59" w:rsidRDefault="00CF1E59">
      <w:pPr>
        <w:spacing w:after="10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9"/>
        <w:gridCol w:w="3509"/>
        <w:gridCol w:w="3509"/>
      </w:tblGrid>
      <w:tr w:rsidR="00CF1E59" w14:paraId="0813C502" w14:textId="77777777">
        <w:trPr>
          <w:jc w:val="center"/>
        </w:trPr>
        <w:tc>
          <w:tcPr>
            <w:tcW w:w="10483" w:type="dxa"/>
            <w:gridSpan w:val="3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shd w:val="clear" w:color="auto" w:fill="EEF5FB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AD8D54" w14:textId="77777777" w:rsidR="00CF1E59" w:rsidRDefault="00000000">
            <w:pPr>
              <w:spacing w:after="0"/>
              <w:jc w:val="center"/>
            </w:pPr>
            <w:r>
              <w:rPr>
                <w:color w:val="4B5563"/>
                <w:sz w:val="16"/>
              </w:rPr>
              <w:t>This is a system-generated receipt and does not require a physical signature.</w:t>
            </w:r>
          </w:p>
        </w:tc>
      </w:tr>
      <w:tr w:rsidR="00CF1E59" w14:paraId="08DA6D0C" w14:textId="77777777">
        <w:trPr>
          <w:jc w:val="center"/>
        </w:trPr>
        <w:tc>
          <w:tcPr>
            <w:tcW w:w="3509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799578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6"/>
              </w:rPr>
              <w:t>Prepared By</w:t>
            </w:r>
            <w:r>
              <w:rPr>
                <w:color w:val="1F2937"/>
                <w:sz w:val="16"/>
              </w:rPr>
              <w:br/>
              <w:t>{{Prepared_By}}</w:t>
            </w:r>
          </w:p>
        </w:tc>
        <w:tc>
          <w:tcPr>
            <w:tcW w:w="3509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682231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6"/>
              </w:rPr>
              <w:t>Fee Counter / Cashier</w:t>
            </w:r>
            <w:r>
              <w:rPr>
                <w:color w:val="1F2937"/>
                <w:sz w:val="16"/>
              </w:rPr>
              <w:br/>
              <w:t>{{Received_By}}</w:t>
            </w:r>
          </w:p>
        </w:tc>
        <w:tc>
          <w:tcPr>
            <w:tcW w:w="3509" w:type="dxa"/>
            <w:tcBorders>
              <w:top w:val="single" w:sz="4" w:space="0" w:color="B7C9D8"/>
              <w:left w:val="single" w:sz="4" w:space="0" w:color="B7C9D8"/>
              <w:bottom w:val="single" w:sz="4" w:space="0" w:color="B7C9D8"/>
              <w:right w:val="single" w:sz="4" w:space="0" w:color="B7C9D8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DF4868B" w14:textId="77777777" w:rsidR="00CF1E59" w:rsidRDefault="00000000">
            <w:pPr>
              <w:spacing w:after="0"/>
              <w:jc w:val="center"/>
            </w:pPr>
            <w:r>
              <w:rPr>
                <w:color w:val="1F2937"/>
                <w:sz w:val="16"/>
              </w:rPr>
              <w:t>Authorised Signatory</w:t>
            </w:r>
            <w:r>
              <w:rPr>
                <w:color w:val="1F2937"/>
                <w:sz w:val="16"/>
              </w:rPr>
              <w:br/>
              <w:t>{{Authorised_Signatory}}</w:t>
            </w:r>
          </w:p>
        </w:tc>
      </w:tr>
    </w:tbl>
    <w:p w14:paraId="3E962413" w14:textId="77777777" w:rsidR="009620CD" w:rsidRDefault="009620CD"/>
    <w:sectPr w:rsidR="009620CD" w:rsidSect="00034616">
      <w:footerReference w:type="default" r:id="rId9"/>
      <w:pgSz w:w="11909" w:h="16834"/>
      <w:pgMar w:top="605" w:right="691" w:bottom="605" w:left="6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46399" w14:textId="77777777" w:rsidR="009620CD" w:rsidRDefault="009620CD">
      <w:pPr>
        <w:spacing w:after="0" w:line="240" w:lineRule="auto"/>
      </w:pPr>
      <w:r>
        <w:separator/>
      </w:r>
    </w:p>
  </w:endnote>
  <w:endnote w:type="continuationSeparator" w:id="0">
    <w:p w14:paraId="5E8957B8" w14:textId="77777777" w:rsidR="009620CD" w:rsidRDefault="00962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4BD69" w14:textId="77777777" w:rsidR="00CF1E59" w:rsidRDefault="00000000">
    <w:pPr>
      <w:pStyle w:val="Footer"/>
      <w:jc w:val="center"/>
    </w:pPr>
    <w:r>
      <w:rPr>
        <w:color w:val="6B7280"/>
        <w:sz w:val="14"/>
      </w:rPr>
      <w:t>For payment queries, contact {{</w:t>
    </w:r>
    <w:proofErr w:type="spellStart"/>
    <w:r>
      <w:rPr>
        <w:color w:val="6B7280"/>
        <w:sz w:val="14"/>
      </w:rPr>
      <w:t>School_Phone</w:t>
    </w:r>
    <w:proofErr w:type="spellEnd"/>
    <w:r>
      <w:rPr>
        <w:color w:val="6B7280"/>
        <w:sz w:val="14"/>
      </w:rPr>
      <w:t>}} | Receipt Reference: {{</w:t>
    </w:r>
    <w:proofErr w:type="spellStart"/>
    <w:r>
      <w:rPr>
        <w:color w:val="6B7280"/>
        <w:sz w:val="14"/>
      </w:rPr>
      <w:t>Receipt_No</w:t>
    </w:r>
    <w:proofErr w:type="spellEnd"/>
    <w:r>
      <w:rPr>
        <w:color w:val="6B7280"/>
        <w:sz w:val="14"/>
      </w:rPr>
      <w:t>}}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EA13F" w14:textId="77777777" w:rsidR="009620CD" w:rsidRDefault="009620CD">
      <w:pPr>
        <w:spacing w:after="0" w:line="240" w:lineRule="auto"/>
      </w:pPr>
      <w:r>
        <w:separator/>
      </w:r>
    </w:p>
  </w:footnote>
  <w:footnote w:type="continuationSeparator" w:id="0">
    <w:p w14:paraId="0CE1D9FE" w14:textId="77777777" w:rsidR="009620CD" w:rsidRDefault="00962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2144661">
    <w:abstractNumId w:val="8"/>
  </w:num>
  <w:num w:numId="2" w16cid:durableId="89474678">
    <w:abstractNumId w:val="6"/>
  </w:num>
  <w:num w:numId="3" w16cid:durableId="982348514">
    <w:abstractNumId w:val="5"/>
  </w:num>
  <w:num w:numId="4" w16cid:durableId="1062412987">
    <w:abstractNumId w:val="4"/>
  </w:num>
  <w:num w:numId="5" w16cid:durableId="779685839">
    <w:abstractNumId w:val="7"/>
  </w:num>
  <w:num w:numId="6" w16cid:durableId="638416231">
    <w:abstractNumId w:val="3"/>
  </w:num>
  <w:num w:numId="7" w16cid:durableId="1450511810">
    <w:abstractNumId w:val="2"/>
  </w:num>
  <w:num w:numId="8" w16cid:durableId="1835684537">
    <w:abstractNumId w:val="1"/>
  </w:num>
  <w:num w:numId="9" w16cid:durableId="2073497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20ED4"/>
    <w:rsid w:val="0029639D"/>
    <w:rsid w:val="00326F90"/>
    <w:rsid w:val="009620CD"/>
    <w:rsid w:val="00A928FB"/>
    <w:rsid w:val="00AA1D8D"/>
    <w:rsid w:val="00B47730"/>
    <w:rsid w:val="00CB0664"/>
    <w:rsid w:val="00CF1E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137BB9"/>
  <w14:defaultImageDpi w14:val="300"/>
  <w15:docId w15:val="{08EAA26F-3230-45D1-BF2E-E16CA42B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GAURAV JAIRATH</cp:lastModifiedBy>
  <cp:revision>3</cp:revision>
  <dcterms:created xsi:type="dcterms:W3CDTF">2013-12-23T23:15:00Z</dcterms:created>
  <dcterms:modified xsi:type="dcterms:W3CDTF">2026-07-26T14:52:00Z</dcterms:modified>
  <cp:category/>
</cp:coreProperties>
</file>