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42"/>
        <w:gridCol w:w="10394"/>
        <w:gridCol w:w="2185"/>
      </w:tblGrid>
      <w:tr w:rsidR="00296F9C" w14:paraId="5A806818" w14:textId="77777777" w:rsidTr="00FC3905">
        <w:trPr>
          <w:trHeight w:val="743"/>
        </w:trPr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</w:tcPr>
          <w:p w14:paraId="494A0FF6" w14:textId="77777777" w:rsidR="00296F9C" w:rsidRDefault="00000000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 wp14:anchorId="43D2CF5D" wp14:editId="38D9A850">
                  <wp:extent cx="1661160" cy="459004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BC_Enterprises_Logo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3635" cy="465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94" w:type="dxa"/>
            <w:tcBorders>
              <w:top w:val="nil"/>
              <w:left w:val="nil"/>
              <w:bottom w:val="nil"/>
              <w:right w:val="nil"/>
            </w:tcBorders>
          </w:tcPr>
          <w:p w14:paraId="395333CC" w14:textId="77777777" w:rsidR="00296F9C" w:rsidRDefault="00000000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33"/>
              </w:rPr>
              <w:t>{{Company_Name}}</w:t>
            </w:r>
          </w:p>
          <w:p w14:paraId="47F6F45F" w14:textId="77777777" w:rsidR="00296F9C" w:rsidRDefault="00000000">
            <w:pPr>
              <w:spacing w:after="0" w:line="240" w:lineRule="auto"/>
              <w:jc w:val="center"/>
            </w:pPr>
            <w:r>
              <w:rPr>
                <w:color w:val="374151"/>
                <w:sz w:val="16"/>
              </w:rPr>
              <w:t>{{Company_Address}}</w:t>
            </w:r>
          </w:p>
          <w:p w14:paraId="6809C37D" w14:textId="77777777" w:rsidR="00296F9C" w:rsidRDefault="00000000">
            <w:pPr>
              <w:spacing w:after="0" w:line="240" w:lineRule="auto"/>
              <w:jc w:val="center"/>
            </w:pPr>
            <w:r>
              <w:rPr>
                <w:color w:val="374151"/>
                <w:sz w:val="16"/>
              </w:rPr>
              <w:t>PAN: {{Company_PAN}}</w:t>
            </w:r>
            <w:r>
              <w:rPr>
                <w:color w:val="9CA3AF"/>
                <w:sz w:val="16"/>
              </w:rPr>
              <w:t xml:space="preserve">   |   </w:t>
            </w:r>
            <w:r>
              <w:rPr>
                <w:color w:val="374151"/>
                <w:sz w:val="16"/>
              </w:rPr>
              <w:t>GSTIN: {{Company_GSTIN}}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599D9097" w14:textId="77777777" w:rsidR="00296F9C" w:rsidRDefault="00000000">
            <w:pPr>
              <w:spacing w:after="0" w:line="240" w:lineRule="auto"/>
              <w:jc w:val="right"/>
            </w:pPr>
            <w:r>
              <w:rPr>
                <w:b/>
                <w:color w:val="1F4E79"/>
                <w:sz w:val="19"/>
              </w:rPr>
              <w:t>PAYROLL</w:t>
            </w:r>
          </w:p>
          <w:p w14:paraId="0CC0C634" w14:textId="77777777" w:rsidR="00296F9C" w:rsidRDefault="00000000">
            <w:pPr>
              <w:spacing w:after="0" w:line="240" w:lineRule="auto"/>
              <w:jc w:val="right"/>
            </w:pPr>
            <w:r>
              <w:rPr>
                <w:b/>
                <w:color w:val="111827"/>
                <w:sz w:val="17"/>
              </w:rPr>
              <w:t>{{Salary_Month}} {{Salary_Year}}</w:t>
            </w:r>
          </w:p>
        </w:tc>
      </w:tr>
    </w:tbl>
    <w:p w14:paraId="0B264B32" w14:textId="77777777" w:rsidR="00296F9C" w:rsidRDefault="00296F9C">
      <w:pPr>
        <w:spacing w:after="2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535"/>
      </w:tblGrid>
      <w:tr w:rsidR="00296F9C" w14:paraId="3FB6A568" w14:textId="77777777" w:rsidTr="00FC3905">
        <w:trPr>
          <w:trHeight w:val="680"/>
        </w:trPr>
        <w:tc>
          <w:tcPr>
            <w:tcW w:w="15535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</w:tcPr>
          <w:p w14:paraId="571F74E9" w14:textId="77777777" w:rsidR="00296F9C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30"/>
              </w:rPr>
              <w:t>SALARY SLIP</w:t>
            </w:r>
          </w:p>
          <w:p w14:paraId="6CD4EDE0" w14:textId="77777777" w:rsidR="00296F9C" w:rsidRDefault="00000000">
            <w:pPr>
              <w:spacing w:after="0" w:line="240" w:lineRule="auto"/>
              <w:jc w:val="center"/>
            </w:pPr>
            <w:r>
              <w:rPr>
                <w:color w:val="DCEAF7"/>
                <w:sz w:val="16"/>
              </w:rPr>
              <w:t>Salary Period: {{Salary_Month}} {{Salary_Year}}</w:t>
            </w:r>
          </w:p>
        </w:tc>
      </w:tr>
    </w:tbl>
    <w:p w14:paraId="5CF46A82" w14:textId="77777777" w:rsidR="00296F9C" w:rsidRDefault="00000000">
      <w:pPr>
        <w:spacing w:before="100" w:after="40" w:line="240" w:lineRule="auto"/>
      </w:pPr>
      <w:r>
        <w:rPr>
          <w:b/>
          <w:color w:val="1F4E79"/>
          <w:sz w:val="19"/>
        </w:rPr>
        <w:t>EMPLOYEE DETAILS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12"/>
        <w:gridCol w:w="3528"/>
        <w:gridCol w:w="1612"/>
        <w:gridCol w:w="3744"/>
      </w:tblGrid>
      <w:tr w:rsidR="00296F9C" w14:paraId="425AABDB" w14:textId="77777777">
        <w:trPr>
          <w:jc w:val="center"/>
        </w:trPr>
        <w:tc>
          <w:tcPr>
            <w:tcW w:w="161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7A6F45D" w14:textId="77777777" w:rsidR="00296F9C" w:rsidRDefault="00000000">
            <w:pPr>
              <w:spacing w:after="0" w:line="240" w:lineRule="auto"/>
            </w:pPr>
            <w:r>
              <w:rPr>
                <w:b/>
                <w:color w:val="374151"/>
                <w:sz w:val="16"/>
              </w:rPr>
              <w:t>Employee Name</w:t>
            </w:r>
          </w:p>
        </w:tc>
        <w:tc>
          <w:tcPr>
            <w:tcW w:w="3528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AF96648" w14:textId="77777777" w:rsidR="00296F9C" w:rsidRDefault="00000000">
            <w:pPr>
              <w:spacing w:after="0" w:line="240" w:lineRule="auto"/>
            </w:pPr>
            <w:r>
              <w:rPr>
                <w:color w:val="111827"/>
                <w:sz w:val="16"/>
              </w:rPr>
              <w:t>{{Employee_Name}}</w:t>
            </w:r>
          </w:p>
        </w:tc>
        <w:tc>
          <w:tcPr>
            <w:tcW w:w="161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CD5B178" w14:textId="77777777" w:rsidR="00296F9C" w:rsidRDefault="00000000">
            <w:pPr>
              <w:spacing w:after="0" w:line="240" w:lineRule="auto"/>
            </w:pPr>
            <w:r>
              <w:rPr>
                <w:b/>
                <w:color w:val="374151"/>
                <w:sz w:val="16"/>
              </w:rPr>
              <w:t>Employee ID</w:t>
            </w:r>
          </w:p>
        </w:tc>
        <w:tc>
          <w:tcPr>
            <w:tcW w:w="374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D063638" w14:textId="77777777" w:rsidR="00296F9C" w:rsidRDefault="00000000">
            <w:pPr>
              <w:spacing w:after="0" w:line="240" w:lineRule="auto"/>
            </w:pPr>
            <w:r>
              <w:rPr>
                <w:color w:val="111827"/>
                <w:sz w:val="16"/>
              </w:rPr>
              <w:t>{{Employee_ID}}</w:t>
            </w:r>
          </w:p>
        </w:tc>
      </w:tr>
      <w:tr w:rsidR="00296F9C" w14:paraId="3277BE03" w14:textId="77777777">
        <w:trPr>
          <w:jc w:val="center"/>
        </w:trPr>
        <w:tc>
          <w:tcPr>
            <w:tcW w:w="161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B7FBC2A" w14:textId="77777777" w:rsidR="00296F9C" w:rsidRDefault="00000000">
            <w:pPr>
              <w:spacing w:after="0" w:line="240" w:lineRule="auto"/>
            </w:pPr>
            <w:r>
              <w:rPr>
                <w:b/>
                <w:color w:val="374151"/>
                <w:sz w:val="16"/>
              </w:rPr>
              <w:t>Designation</w:t>
            </w:r>
          </w:p>
        </w:tc>
        <w:tc>
          <w:tcPr>
            <w:tcW w:w="3528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E62554C" w14:textId="77777777" w:rsidR="00296F9C" w:rsidRDefault="00000000">
            <w:pPr>
              <w:spacing w:after="0" w:line="240" w:lineRule="auto"/>
            </w:pPr>
            <w:r>
              <w:rPr>
                <w:color w:val="111827"/>
                <w:sz w:val="16"/>
              </w:rPr>
              <w:t>{{Designation}}</w:t>
            </w:r>
          </w:p>
        </w:tc>
        <w:tc>
          <w:tcPr>
            <w:tcW w:w="161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D6F2DBB" w14:textId="77777777" w:rsidR="00296F9C" w:rsidRDefault="00000000">
            <w:pPr>
              <w:spacing w:after="0" w:line="240" w:lineRule="auto"/>
            </w:pPr>
            <w:r>
              <w:rPr>
                <w:b/>
                <w:color w:val="374151"/>
                <w:sz w:val="16"/>
              </w:rPr>
              <w:t>Department</w:t>
            </w:r>
          </w:p>
        </w:tc>
        <w:tc>
          <w:tcPr>
            <w:tcW w:w="374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D3A5911" w14:textId="77777777" w:rsidR="00296F9C" w:rsidRDefault="00000000">
            <w:pPr>
              <w:spacing w:after="0" w:line="240" w:lineRule="auto"/>
            </w:pPr>
            <w:r>
              <w:rPr>
                <w:color w:val="111827"/>
                <w:sz w:val="16"/>
              </w:rPr>
              <w:t>{{Department}}</w:t>
            </w:r>
          </w:p>
        </w:tc>
      </w:tr>
      <w:tr w:rsidR="00296F9C" w14:paraId="743D7BF6" w14:textId="77777777">
        <w:trPr>
          <w:jc w:val="center"/>
        </w:trPr>
        <w:tc>
          <w:tcPr>
            <w:tcW w:w="161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6C154F4" w14:textId="77777777" w:rsidR="00296F9C" w:rsidRDefault="00000000">
            <w:pPr>
              <w:spacing w:after="0" w:line="240" w:lineRule="auto"/>
            </w:pPr>
            <w:r>
              <w:rPr>
                <w:b/>
                <w:color w:val="374151"/>
                <w:sz w:val="16"/>
              </w:rPr>
              <w:t>Date of Joining</w:t>
            </w:r>
          </w:p>
        </w:tc>
        <w:tc>
          <w:tcPr>
            <w:tcW w:w="3528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1E4E2A4" w14:textId="77777777" w:rsidR="00296F9C" w:rsidRDefault="00000000">
            <w:pPr>
              <w:spacing w:after="0" w:line="240" w:lineRule="auto"/>
            </w:pPr>
            <w:r>
              <w:rPr>
                <w:color w:val="111827"/>
                <w:sz w:val="16"/>
              </w:rPr>
              <w:t>{{Date_of_Joining}}</w:t>
            </w:r>
          </w:p>
        </w:tc>
        <w:tc>
          <w:tcPr>
            <w:tcW w:w="161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4D78ACA" w14:textId="77777777" w:rsidR="00296F9C" w:rsidRDefault="00000000">
            <w:pPr>
              <w:spacing w:after="0" w:line="240" w:lineRule="auto"/>
            </w:pPr>
            <w:r>
              <w:rPr>
                <w:b/>
                <w:color w:val="374151"/>
                <w:sz w:val="16"/>
              </w:rPr>
              <w:t>Location</w:t>
            </w:r>
          </w:p>
        </w:tc>
        <w:tc>
          <w:tcPr>
            <w:tcW w:w="374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BF43FB9" w14:textId="77777777" w:rsidR="00296F9C" w:rsidRDefault="00000000">
            <w:pPr>
              <w:spacing w:after="0" w:line="240" w:lineRule="auto"/>
            </w:pPr>
            <w:r>
              <w:rPr>
                <w:color w:val="111827"/>
                <w:sz w:val="16"/>
              </w:rPr>
              <w:t>{{Location}}</w:t>
            </w:r>
          </w:p>
        </w:tc>
      </w:tr>
      <w:tr w:rsidR="00296F9C" w14:paraId="2E3C6DD2" w14:textId="77777777">
        <w:trPr>
          <w:jc w:val="center"/>
        </w:trPr>
        <w:tc>
          <w:tcPr>
            <w:tcW w:w="161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5C991D0" w14:textId="77777777" w:rsidR="00296F9C" w:rsidRDefault="00000000">
            <w:pPr>
              <w:spacing w:after="0" w:line="240" w:lineRule="auto"/>
            </w:pPr>
            <w:r>
              <w:rPr>
                <w:b/>
                <w:color w:val="374151"/>
                <w:sz w:val="16"/>
              </w:rPr>
              <w:t>Bank Details</w:t>
            </w:r>
          </w:p>
        </w:tc>
        <w:tc>
          <w:tcPr>
            <w:tcW w:w="3528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0EBC5BB" w14:textId="77777777" w:rsidR="00296F9C" w:rsidRDefault="00000000">
            <w:pPr>
              <w:spacing w:after="0" w:line="240" w:lineRule="auto"/>
            </w:pPr>
            <w:r>
              <w:rPr>
                <w:color w:val="111827"/>
                <w:sz w:val="16"/>
              </w:rPr>
              <w:t>{{Bank_Name}} - {{Bank_Account_Masked}}</w:t>
            </w:r>
          </w:p>
        </w:tc>
        <w:tc>
          <w:tcPr>
            <w:tcW w:w="161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00D89CE" w14:textId="77777777" w:rsidR="00296F9C" w:rsidRDefault="00000000">
            <w:pPr>
              <w:spacing w:after="0" w:line="240" w:lineRule="auto"/>
            </w:pPr>
            <w:r>
              <w:rPr>
                <w:b/>
                <w:color w:val="374151"/>
                <w:sz w:val="16"/>
              </w:rPr>
              <w:t>PAN / UAN</w:t>
            </w:r>
          </w:p>
        </w:tc>
        <w:tc>
          <w:tcPr>
            <w:tcW w:w="374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26C4269" w14:textId="77777777" w:rsidR="00296F9C" w:rsidRDefault="00000000">
            <w:pPr>
              <w:spacing w:after="0" w:line="240" w:lineRule="auto"/>
            </w:pPr>
            <w:r>
              <w:rPr>
                <w:color w:val="111827"/>
                <w:sz w:val="16"/>
              </w:rPr>
              <w:t>{{Employee_PAN}} / {{UAN}}</w:t>
            </w:r>
          </w:p>
        </w:tc>
      </w:tr>
    </w:tbl>
    <w:p w14:paraId="5F4DD0D4" w14:textId="77777777" w:rsidR="00296F9C" w:rsidRDefault="00000000">
      <w:pPr>
        <w:spacing w:before="100" w:after="40" w:line="240" w:lineRule="auto"/>
      </w:pPr>
      <w:r>
        <w:rPr>
          <w:b/>
          <w:color w:val="1F4E79"/>
          <w:sz w:val="19"/>
        </w:rPr>
        <w:t>ATTENDANCE SUMMARY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87"/>
        <w:gridCol w:w="1987"/>
        <w:gridCol w:w="1987"/>
        <w:gridCol w:w="1987"/>
        <w:gridCol w:w="2548"/>
      </w:tblGrid>
      <w:tr w:rsidR="00296F9C" w14:paraId="7C2B5840" w14:textId="77777777">
        <w:trPr>
          <w:jc w:val="center"/>
        </w:trPr>
        <w:tc>
          <w:tcPr>
            <w:tcW w:w="1987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1F4E79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751300E" w14:textId="77777777" w:rsidR="00296F9C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5"/>
              </w:rPr>
              <w:t>Calendar Days</w:t>
            </w:r>
          </w:p>
        </w:tc>
        <w:tc>
          <w:tcPr>
            <w:tcW w:w="1987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1F4E79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0AD572A" w14:textId="77777777" w:rsidR="00296F9C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5"/>
              </w:rPr>
              <w:t>Paid Days</w:t>
            </w:r>
          </w:p>
        </w:tc>
        <w:tc>
          <w:tcPr>
            <w:tcW w:w="1987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1F4E79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4F5A412" w14:textId="77777777" w:rsidR="00296F9C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5"/>
              </w:rPr>
              <w:t>LOP Days</w:t>
            </w:r>
          </w:p>
        </w:tc>
        <w:tc>
          <w:tcPr>
            <w:tcW w:w="1987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1F4E79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EA4411F" w14:textId="77777777" w:rsidR="00296F9C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5"/>
              </w:rPr>
              <w:t>Leave Balance</w:t>
            </w:r>
          </w:p>
        </w:tc>
        <w:tc>
          <w:tcPr>
            <w:tcW w:w="2548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1F4E79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E632265" w14:textId="77777777" w:rsidR="00296F9C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5"/>
              </w:rPr>
              <w:t>Payment Mode</w:t>
            </w:r>
          </w:p>
        </w:tc>
      </w:tr>
      <w:tr w:rsidR="00296F9C" w14:paraId="6C831672" w14:textId="77777777">
        <w:trPr>
          <w:jc w:val="center"/>
        </w:trPr>
        <w:tc>
          <w:tcPr>
            <w:tcW w:w="1987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5E58E1B" w14:textId="77777777" w:rsidR="00296F9C" w:rsidRDefault="00000000">
            <w:pPr>
              <w:spacing w:after="0" w:line="240" w:lineRule="auto"/>
              <w:jc w:val="center"/>
            </w:pPr>
            <w:r>
              <w:rPr>
                <w:b/>
                <w:color w:val="111827"/>
                <w:sz w:val="16"/>
              </w:rPr>
              <w:t>{{Calendar_Days}}</w:t>
            </w:r>
          </w:p>
        </w:tc>
        <w:tc>
          <w:tcPr>
            <w:tcW w:w="1987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2896936" w14:textId="77777777" w:rsidR="00296F9C" w:rsidRDefault="00000000">
            <w:pPr>
              <w:spacing w:after="0" w:line="240" w:lineRule="auto"/>
              <w:jc w:val="center"/>
            </w:pPr>
            <w:r>
              <w:rPr>
                <w:b/>
                <w:color w:val="111827"/>
                <w:sz w:val="16"/>
              </w:rPr>
              <w:t>{{Paid_Days}}</w:t>
            </w:r>
          </w:p>
        </w:tc>
        <w:tc>
          <w:tcPr>
            <w:tcW w:w="1987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C9640CB" w14:textId="77777777" w:rsidR="00296F9C" w:rsidRDefault="00000000">
            <w:pPr>
              <w:spacing w:after="0" w:line="240" w:lineRule="auto"/>
              <w:jc w:val="center"/>
            </w:pPr>
            <w:r>
              <w:rPr>
                <w:b/>
                <w:color w:val="111827"/>
                <w:sz w:val="16"/>
              </w:rPr>
              <w:t>{{LOP_Days}}</w:t>
            </w:r>
          </w:p>
        </w:tc>
        <w:tc>
          <w:tcPr>
            <w:tcW w:w="1987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B406F1B" w14:textId="77777777" w:rsidR="00296F9C" w:rsidRDefault="00000000">
            <w:pPr>
              <w:spacing w:after="0" w:line="240" w:lineRule="auto"/>
              <w:jc w:val="center"/>
            </w:pPr>
            <w:r>
              <w:rPr>
                <w:b/>
                <w:color w:val="111827"/>
                <w:sz w:val="16"/>
              </w:rPr>
              <w:t>{{Leave_Balance}}</w:t>
            </w:r>
          </w:p>
        </w:tc>
        <w:tc>
          <w:tcPr>
            <w:tcW w:w="2548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1F343F7" w14:textId="77777777" w:rsidR="00296F9C" w:rsidRDefault="00000000">
            <w:pPr>
              <w:spacing w:after="0" w:line="240" w:lineRule="auto"/>
              <w:jc w:val="center"/>
            </w:pPr>
            <w:r>
              <w:rPr>
                <w:b/>
                <w:color w:val="111827"/>
                <w:sz w:val="16"/>
              </w:rPr>
              <w:t>{{Payment_Mode}}</w:t>
            </w:r>
          </w:p>
        </w:tc>
      </w:tr>
    </w:tbl>
    <w:p w14:paraId="7C010AB3" w14:textId="77777777" w:rsidR="00296F9C" w:rsidRDefault="00000000">
      <w:pPr>
        <w:spacing w:before="120" w:after="40" w:line="240" w:lineRule="auto"/>
      </w:pPr>
      <w:r>
        <w:rPr>
          <w:b/>
          <w:color w:val="1F4E79"/>
          <w:sz w:val="19"/>
        </w:rPr>
        <w:t>EARNINGS &amp; DEDUCTIONS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68"/>
        <w:gridCol w:w="3815"/>
        <w:gridCol w:w="3168"/>
        <w:gridCol w:w="345"/>
        <w:gridCol w:w="1743"/>
      </w:tblGrid>
      <w:tr w:rsidR="00296F9C" w14:paraId="3D733A02" w14:textId="77777777">
        <w:trPr>
          <w:jc w:val="center"/>
        </w:trPr>
        <w:tc>
          <w:tcPr>
            <w:tcW w:w="3168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1F4E79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F046C8A" w14:textId="77777777" w:rsidR="00296F9C" w:rsidRDefault="00000000">
            <w:pPr>
              <w:spacing w:after="0" w:line="240" w:lineRule="auto"/>
            </w:pPr>
            <w:r>
              <w:rPr>
                <w:b/>
                <w:color w:val="FFFFFF"/>
                <w:sz w:val="16"/>
              </w:rPr>
              <w:t>Earnings</w:t>
            </w:r>
          </w:p>
        </w:tc>
        <w:tc>
          <w:tcPr>
            <w:tcW w:w="2088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1F4E79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7C4B92E" w14:textId="77777777" w:rsidR="00296F9C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Amount (Rs.)</w:t>
            </w:r>
          </w:p>
        </w:tc>
        <w:tc>
          <w:tcPr>
            <w:tcW w:w="3168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1F4E79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1010BC0" w14:textId="77777777" w:rsidR="00296F9C" w:rsidRDefault="00000000">
            <w:pPr>
              <w:spacing w:after="0" w:line="240" w:lineRule="auto"/>
            </w:pPr>
            <w:r>
              <w:rPr>
                <w:b/>
                <w:color w:val="FFFFFF"/>
                <w:sz w:val="16"/>
              </w:rPr>
              <w:t>Deductions</w:t>
            </w:r>
          </w:p>
        </w:tc>
        <w:tc>
          <w:tcPr>
            <w:tcW w:w="2088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1F4E79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02CB046" w14:textId="77777777" w:rsidR="00296F9C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Amount (Rs.)</w:t>
            </w:r>
          </w:p>
        </w:tc>
      </w:tr>
      <w:tr w:rsidR="00296F9C" w14:paraId="50A03950" w14:textId="77777777">
        <w:trPr>
          <w:jc w:val="center"/>
        </w:trPr>
        <w:tc>
          <w:tcPr>
            <w:tcW w:w="3168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8852AA2" w14:textId="77777777" w:rsidR="00296F9C" w:rsidRDefault="00000000">
            <w:pPr>
              <w:spacing w:after="0" w:line="240" w:lineRule="auto"/>
            </w:pPr>
            <w:r>
              <w:rPr>
                <w:color w:val="111827"/>
                <w:sz w:val="16"/>
              </w:rPr>
              <w:t>Basic Salary</w:t>
            </w:r>
          </w:p>
        </w:tc>
        <w:tc>
          <w:tcPr>
            <w:tcW w:w="2088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7C13C66" w14:textId="77777777" w:rsidR="00296F9C" w:rsidRDefault="00000000">
            <w:pPr>
              <w:spacing w:after="0" w:line="240" w:lineRule="auto"/>
              <w:jc w:val="right"/>
            </w:pPr>
            <w:r>
              <w:rPr>
                <w:color w:val="111827"/>
                <w:sz w:val="16"/>
              </w:rPr>
              <w:t>{{Basic_Salary}}</w:t>
            </w:r>
          </w:p>
        </w:tc>
        <w:tc>
          <w:tcPr>
            <w:tcW w:w="3168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B37140F" w14:textId="77777777" w:rsidR="00296F9C" w:rsidRDefault="00000000">
            <w:pPr>
              <w:spacing w:after="0" w:line="240" w:lineRule="auto"/>
            </w:pPr>
            <w:r>
              <w:rPr>
                <w:color w:val="111827"/>
                <w:sz w:val="16"/>
              </w:rPr>
              <w:t>Provident Fund</w:t>
            </w:r>
          </w:p>
        </w:tc>
        <w:tc>
          <w:tcPr>
            <w:tcW w:w="2088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B0958CC" w14:textId="77777777" w:rsidR="00296F9C" w:rsidRDefault="00000000">
            <w:pPr>
              <w:spacing w:after="0" w:line="240" w:lineRule="auto"/>
              <w:jc w:val="right"/>
            </w:pPr>
            <w:r>
              <w:rPr>
                <w:color w:val="111827"/>
                <w:sz w:val="16"/>
              </w:rPr>
              <w:t>{{PF_Deduction}}</w:t>
            </w:r>
          </w:p>
        </w:tc>
      </w:tr>
      <w:tr w:rsidR="00296F9C" w14:paraId="021E3B35" w14:textId="77777777">
        <w:trPr>
          <w:jc w:val="center"/>
        </w:trPr>
        <w:tc>
          <w:tcPr>
            <w:tcW w:w="3168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DC39C89" w14:textId="77777777" w:rsidR="00296F9C" w:rsidRDefault="00000000">
            <w:pPr>
              <w:spacing w:after="0" w:line="240" w:lineRule="auto"/>
            </w:pPr>
            <w:r>
              <w:rPr>
                <w:color w:val="111827"/>
                <w:sz w:val="16"/>
              </w:rPr>
              <w:t>House Rent Allowance</w:t>
            </w:r>
          </w:p>
        </w:tc>
        <w:tc>
          <w:tcPr>
            <w:tcW w:w="2088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45911E1" w14:textId="77777777" w:rsidR="00296F9C" w:rsidRDefault="00000000">
            <w:pPr>
              <w:spacing w:after="0" w:line="240" w:lineRule="auto"/>
              <w:jc w:val="right"/>
            </w:pPr>
            <w:r>
              <w:rPr>
                <w:color w:val="111827"/>
                <w:sz w:val="16"/>
              </w:rPr>
              <w:t>{{HRA}}</w:t>
            </w:r>
          </w:p>
        </w:tc>
        <w:tc>
          <w:tcPr>
            <w:tcW w:w="3168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80FC3F9" w14:textId="77777777" w:rsidR="00296F9C" w:rsidRDefault="00000000">
            <w:pPr>
              <w:spacing w:after="0" w:line="240" w:lineRule="auto"/>
            </w:pPr>
            <w:r>
              <w:rPr>
                <w:color w:val="111827"/>
                <w:sz w:val="16"/>
              </w:rPr>
              <w:t>Employee State Insurance</w:t>
            </w:r>
          </w:p>
        </w:tc>
        <w:tc>
          <w:tcPr>
            <w:tcW w:w="2088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FDDFC1F" w14:textId="77777777" w:rsidR="00296F9C" w:rsidRDefault="00000000">
            <w:pPr>
              <w:spacing w:after="0" w:line="240" w:lineRule="auto"/>
              <w:jc w:val="right"/>
            </w:pPr>
            <w:r>
              <w:rPr>
                <w:color w:val="111827"/>
                <w:sz w:val="16"/>
              </w:rPr>
              <w:t>{{ESI_Deduction}}</w:t>
            </w:r>
          </w:p>
        </w:tc>
      </w:tr>
      <w:tr w:rsidR="00296F9C" w14:paraId="5E84F1E3" w14:textId="77777777">
        <w:trPr>
          <w:jc w:val="center"/>
        </w:trPr>
        <w:tc>
          <w:tcPr>
            <w:tcW w:w="3168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CD2232A" w14:textId="77777777" w:rsidR="00296F9C" w:rsidRDefault="00000000">
            <w:pPr>
              <w:spacing w:after="0" w:line="240" w:lineRule="auto"/>
            </w:pPr>
            <w:r>
              <w:rPr>
                <w:color w:val="111827"/>
                <w:sz w:val="16"/>
              </w:rPr>
              <w:t>Conveyance Allowance</w:t>
            </w:r>
          </w:p>
        </w:tc>
        <w:tc>
          <w:tcPr>
            <w:tcW w:w="2088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49BE3F8" w14:textId="77777777" w:rsidR="00296F9C" w:rsidRDefault="00000000">
            <w:pPr>
              <w:spacing w:after="0" w:line="240" w:lineRule="auto"/>
              <w:jc w:val="right"/>
            </w:pPr>
            <w:r>
              <w:rPr>
                <w:color w:val="111827"/>
                <w:sz w:val="16"/>
              </w:rPr>
              <w:t>{{Conveyance_Allowance}}</w:t>
            </w:r>
          </w:p>
        </w:tc>
        <w:tc>
          <w:tcPr>
            <w:tcW w:w="3168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B85662D" w14:textId="77777777" w:rsidR="00296F9C" w:rsidRDefault="00000000">
            <w:pPr>
              <w:spacing w:after="0" w:line="240" w:lineRule="auto"/>
            </w:pPr>
            <w:r>
              <w:rPr>
                <w:color w:val="111827"/>
                <w:sz w:val="16"/>
              </w:rPr>
              <w:t>Professional Tax</w:t>
            </w:r>
          </w:p>
        </w:tc>
        <w:tc>
          <w:tcPr>
            <w:tcW w:w="2088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7ADB851" w14:textId="77777777" w:rsidR="00296F9C" w:rsidRDefault="00000000">
            <w:pPr>
              <w:spacing w:after="0" w:line="240" w:lineRule="auto"/>
              <w:jc w:val="right"/>
            </w:pPr>
            <w:r>
              <w:rPr>
                <w:color w:val="111827"/>
                <w:sz w:val="16"/>
              </w:rPr>
              <w:t>{{Professional_Tax}}</w:t>
            </w:r>
          </w:p>
        </w:tc>
      </w:tr>
      <w:tr w:rsidR="00296F9C" w14:paraId="32640297" w14:textId="77777777">
        <w:trPr>
          <w:jc w:val="center"/>
        </w:trPr>
        <w:tc>
          <w:tcPr>
            <w:tcW w:w="3168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D40720D" w14:textId="77777777" w:rsidR="00296F9C" w:rsidRDefault="00000000">
            <w:pPr>
              <w:spacing w:after="0" w:line="240" w:lineRule="auto"/>
            </w:pPr>
            <w:r>
              <w:rPr>
                <w:color w:val="111827"/>
                <w:sz w:val="16"/>
              </w:rPr>
              <w:t>Special Allowance</w:t>
            </w:r>
          </w:p>
        </w:tc>
        <w:tc>
          <w:tcPr>
            <w:tcW w:w="2088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C64155F" w14:textId="77777777" w:rsidR="00296F9C" w:rsidRDefault="00000000">
            <w:pPr>
              <w:spacing w:after="0" w:line="240" w:lineRule="auto"/>
              <w:jc w:val="right"/>
            </w:pPr>
            <w:r>
              <w:rPr>
                <w:color w:val="111827"/>
                <w:sz w:val="16"/>
              </w:rPr>
              <w:t>{{Special_Allowance}}</w:t>
            </w:r>
          </w:p>
        </w:tc>
        <w:tc>
          <w:tcPr>
            <w:tcW w:w="3168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6949D47" w14:textId="77777777" w:rsidR="00296F9C" w:rsidRDefault="00000000">
            <w:pPr>
              <w:spacing w:after="0" w:line="240" w:lineRule="auto"/>
            </w:pPr>
            <w:r>
              <w:rPr>
                <w:color w:val="111827"/>
                <w:sz w:val="16"/>
              </w:rPr>
              <w:t>TDS</w:t>
            </w:r>
          </w:p>
        </w:tc>
        <w:tc>
          <w:tcPr>
            <w:tcW w:w="2088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E62765F" w14:textId="77777777" w:rsidR="00296F9C" w:rsidRDefault="00000000">
            <w:pPr>
              <w:spacing w:after="0" w:line="240" w:lineRule="auto"/>
              <w:jc w:val="right"/>
            </w:pPr>
            <w:r>
              <w:rPr>
                <w:color w:val="111827"/>
                <w:sz w:val="16"/>
              </w:rPr>
              <w:t>{{TDS_Deduction}}</w:t>
            </w:r>
          </w:p>
        </w:tc>
      </w:tr>
      <w:tr w:rsidR="00296F9C" w14:paraId="1668ECA0" w14:textId="77777777">
        <w:trPr>
          <w:jc w:val="center"/>
        </w:trPr>
        <w:tc>
          <w:tcPr>
            <w:tcW w:w="3168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1C419CC" w14:textId="77777777" w:rsidR="00296F9C" w:rsidRDefault="00000000">
            <w:pPr>
              <w:spacing w:after="0" w:line="240" w:lineRule="auto"/>
            </w:pPr>
            <w:r>
              <w:rPr>
                <w:color w:val="111827"/>
                <w:sz w:val="16"/>
              </w:rPr>
              <w:t>Bonus / Incentive</w:t>
            </w:r>
          </w:p>
        </w:tc>
        <w:tc>
          <w:tcPr>
            <w:tcW w:w="2088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B1E70C4" w14:textId="77777777" w:rsidR="00296F9C" w:rsidRDefault="00000000">
            <w:pPr>
              <w:spacing w:after="0" w:line="240" w:lineRule="auto"/>
              <w:jc w:val="right"/>
            </w:pPr>
            <w:r>
              <w:rPr>
                <w:color w:val="111827"/>
                <w:sz w:val="16"/>
              </w:rPr>
              <w:t>{{Bonus_Incentive}}</w:t>
            </w:r>
          </w:p>
        </w:tc>
        <w:tc>
          <w:tcPr>
            <w:tcW w:w="3168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9D8D7E1" w14:textId="77777777" w:rsidR="00296F9C" w:rsidRDefault="00000000">
            <w:pPr>
              <w:spacing w:after="0" w:line="240" w:lineRule="auto"/>
            </w:pPr>
            <w:r>
              <w:rPr>
                <w:color w:val="111827"/>
                <w:sz w:val="16"/>
              </w:rPr>
              <w:t>Loan / Advance Recovery</w:t>
            </w:r>
          </w:p>
        </w:tc>
        <w:tc>
          <w:tcPr>
            <w:tcW w:w="2088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EDEDA49" w14:textId="77777777" w:rsidR="00296F9C" w:rsidRDefault="00000000">
            <w:pPr>
              <w:spacing w:after="0" w:line="240" w:lineRule="auto"/>
              <w:jc w:val="right"/>
            </w:pPr>
            <w:r>
              <w:rPr>
                <w:color w:val="111827"/>
                <w:sz w:val="16"/>
              </w:rPr>
              <w:t>{{Loan_Recovery}}</w:t>
            </w:r>
          </w:p>
        </w:tc>
      </w:tr>
      <w:tr w:rsidR="00296F9C" w14:paraId="348643D3" w14:textId="77777777">
        <w:trPr>
          <w:jc w:val="center"/>
        </w:trPr>
        <w:tc>
          <w:tcPr>
            <w:tcW w:w="3168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24A8240" w14:textId="77777777" w:rsidR="00296F9C" w:rsidRDefault="00000000">
            <w:pPr>
              <w:spacing w:after="0" w:line="240" w:lineRule="auto"/>
            </w:pPr>
            <w:r>
              <w:rPr>
                <w:color w:val="111827"/>
                <w:sz w:val="16"/>
              </w:rPr>
              <w:t>Arrears / Other Earnings</w:t>
            </w:r>
          </w:p>
        </w:tc>
        <w:tc>
          <w:tcPr>
            <w:tcW w:w="2088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F73C012" w14:textId="77777777" w:rsidR="00296F9C" w:rsidRDefault="00000000">
            <w:pPr>
              <w:spacing w:after="0" w:line="240" w:lineRule="auto"/>
              <w:jc w:val="right"/>
            </w:pPr>
            <w:r>
              <w:rPr>
                <w:color w:val="111827"/>
                <w:sz w:val="16"/>
              </w:rPr>
              <w:t>{{Other_Earnings}}</w:t>
            </w:r>
          </w:p>
        </w:tc>
        <w:tc>
          <w:tcPr>
            <w:tcW w:w="3168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69C3ED0" w14:textId="77777777" w:rsidR="00296F9C" w:rsidRDefault="00000000">
            <w:pPr>
              <w:spacing w:after="0" w:line="240" w:lineRule="auto"/>
            </w:pPr>
            <w:r>
              <w:rPr>
                <w:color w:val="111827"/>
                <w:sz w:val="16"/>
              </w:rPr>
              <w:t>Other Deductions</w:t>
            </w:r>
          </w:p>
        </w:tc>
        <w:tc>
          <w:tcPr>
            <w:tcW w:w="2088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322AE52" w14:textId="77777777" w:rsidR="00296F9C" w:rsidRDefault="00000000">
            <w:pPr>
              <w:spacing w:after="0" w:line="240" w:lineRule="auto"/>
              <w:jc w:val="right"/>
            </w:pPr>
            <w:r>
              <w:rPr>
                <w:color w:val="111827"/>
                <w:sz w:val="16"/>
              </w:rPr>
              <w:t>{{Other_Deductions}}</w:t>
            </w:r>
          </w:p>
        </w:tc>
      </w:tr>
      <w:tr w:rsidR="00296F9C" w14:paraId="27C1FD3B" w14:textId="77777777">
        <w:trPr>
          <w:jc w:val="center"/>
        </w:trPr>
        <w:tc>
          <w:tcPr>
            <w:tcW w:w="3168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EAF2F8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DE4CCCC" w14:textId="77777777" w:rsidR="00296F9C" w:rsidRDefault="00000000">
            <w:pPr>
              <w:spacing w:after="0" w:line="240" w:lineRule="auto"/>
            </w:pPr>
            <w:r>
              <w:rPr>
                <w:b/>
                <w:color w:val="1F4E79"/>
                <w:sz w:val="17"/>
              </w:rPr>
              <w:t>Gross Earnings</w:t>
            </w:r>
          </w:p>
        </w:tc>
        <w:tc>
          <w:tcPr>
            <w:tcW w:w="2088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EAF2F8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D916B19" w14:textId="77777777" w:rsidR="00296F9C" w:rsidRDefault="00000000">
            <w:pPr>
              <w:spacing w:after="0" w:line="240" w:lineRule="auto"/>
              <w:jc w:val="right"/>
            </w:pPr>
            <w:r>
              <w:rPr>
                <w:b/>
                <w:color w:val="1F4E79"/>
                <w:sz w:val="17"/>
              </w:rPr>
              <w:t>{{Gross_Earnings}}</w:t>
            </w:r>
          </w:p>
        </w:tc>
        <w:tc>
          <w:tcPr>
            <w:tcW w:w="3168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EAF2F8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EC698BC" w14:textId="77777777" w:rsidR="00296F9C" w:rsidRDefault="00000000">
            <w:pPr>
              <w:spacing w:after="0" w:line="240" w:lineRule="auto"/>
            </w:pPr>
            <w:r>
              <w:rPr>
                <w:b/>
                <w:color w:val="1F4E79"/>
                <w:sz w:val="17"/>
              </w:rPr>
              <w:t>Total Deductions</w:t>
            </w:r>
          </w:p>
        </w:tc>
        <w:tc>
          <w:tcPr>
            <w:tcW w:w="2088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EAF2F8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3DE71D7" w14:textId="77777777" w:rsidR="00296F9C" w:rsidRDefault="00000000">
            <w:pPr>
              <w:spacing w:after="0" w:line="240" w:lineRule="auto"/>
              <w:jc w:val="right"/>
            </w:pPr>
            <w:r>
              <w:rPr>
                <w:b/>
                <w:color w:val="1F4E79"/>
                <w:sz w:val="17"/>
              </w:rPr>
              <w:t>{{Total_Deductions}}</w:t>
            </w:r>
          </w:p>
        </w:tc>
      </w:tr>
      <w:tr w:rsidR="00296F9C" w14:paraId="5275EB15" w14:textId="77777777">
        <w:tblPrEx>
          <w:jc w:val="left"/>
        </w:tblPrEx>
        <w:trPr>
          <w:gridAfter w:val="1"/>
          <w:wAfter w:w="10" w:type="dxa"/>
        </w:trPr>
        <w:tc>
          <w:tcPr>
            <w:tcW w:w="6983" w:type="dxa"/>
            <w:gridSpan w:val="2"/>
            <w:tcBorders>
              <w:top w:val="single" w:sz="8" w:space="0" w:color="16A34A"/>
              <w:left w:val="single" w:sz="8" w:space="0" w:color="16A34A"/>
              <w:bottom w:val="single" w:sz="8" w:space="0" w:color="16A34A"/>
              <w:right w:val="single" w:sz="8" w:space="0" w:color="16A34A"/>
            </w:tcBorders>
            <w:shd w:val="clear" w:color="auto" w:fill="EAF7F1"/>
          </w:tcPr>
          <w:p w14:paraId="581C75C8" w14:textId="77777777" w:rsidR="00296F9C" w:rsidRDefault="00000000">
            <w:pPr>
              <w:spacing w:after="0" w:line="240" w:lineRule="auto"/>
            </w:pPr>
            <w:r>
              <w:rPr>
                <w:b/>
                <w:color w:val="166534"/>
                <w:sz w:val="20"/>
              </w:rPr>
              <w:t>NET PAY</w:t>
            </w:r>
            <w:r>
              <w:rPr>
                <w:color w:val="166534"/>
                <w:sz w:val="16"/>
              </w:rPr>
              <w:t xml:space="preserve">  (Gross Earnings - Total Deductions)</w:t>
            </w:r>
          </w:p>
        </w:tc>
        <w:tc>
          <w:tcPr>
            <w:tcW w:w="3513" w:type="dxa"/>
            <w:gridSpan w:val="2"/>
            <w:tcBorders>
              <w:top w:val="single" w:sz="8" w:space="0" w:color="16A34A"/>
              <w:left w:val="single" w:sz="8" w:space="0" w:color="16A34A"/>
              <w:bottom w:val="single" w:sz="8" w:space="0" w:color="16A34A"/>
              <w:right w:val="single" w:sz="8" w:space="0" w:color="16A34A"/>
            </w:tcBorders>
            <w:shd w:val="clear" w:color="auto" w:fill="EAF7F1"/>
          </w:tcPr>
          <w:p w14:paraId="56DF6015" w14:textId="77777777" w:rsidR="00296F9C" w:rsidRDefault="00000000">
            <w:pPr>
              <w:spacing w:after="0" w:line="240" w:lineRule="auto"/>
              <w:jc w:val="right"/>
            </w:pPr>
            <w:r>
              <w:rPr>
                <w:b/>
                <w:color w:val="166534"/>
                <w:sz w:val="26"/>
              </w:rPr>
              <w:t>Rs. {{Net_Pay}}</w:t>
            </w:r>
          </w:p>
        </w:tc>
      </w:tr>
    </w:tbl>
    <w:p w14:paraId="4D060B30" w14:textId="77777777" w:rsidR="00FC3905" w:rsidRDefault="00FC3905">
      <w:pPr>
        <w:spacing w:before="60" w:after="40" w:line="240" w:lineRule="auto"/>
        <w:rPr>
          <w:b/>
          <w:color w:val="374151"/>
          <w:sz w:val="16"/>
        </w:rPr>
      </w:pPr>
    </w:p>
    <w:p w14:paraId="0F74BC41" w14:textId="0C66BBBE" w:rsidR="00FC3905" w:rsidRPr="00FC3905" w:rsidRDefault="00000000">
      <w:pPr>
        <w:spacing w:before="60" w:after="40" w:line="240" w:lineRule="auto"/>
        <w:rPr>
          <w:color w:val="111827"/>
          <w:sz w:val="16"/>
        </w:rPr>
      </w:pPr>
      <w:r>
        <w:rPr>
          <w:b/>
          <w:color w:val="374151"/>
          <w:sz w:val="16"/>
        </w:rPr>
        <w:t xml:space="preserve">Net Pay in Words: </w:t>
      </w:r>
      <w:r>
        <w:rPr>
          <w:color w:val="111827"/>
          <w:sz w:val="16"/>
        </w:rPr>
        <w:t>{{</w:t>
      </w:r>
      <w:proofErr w:type="spellStart"/>
      <w:r>
        <w:rPr>
          <w:color w:val="111827"/>
          <w:sz w:val="16"/>
        </w:rPr>
        <w:t>Net_Pay_Words</w:t>
      </w:r>
      <w:proofErr w:type="spellEnd"/>
      <w:r>
        <w:rPr>
          <w:color w:val="111827"/>
          <w:sz w:val="16"/>
        </w:rPr>
        <w:t>}}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883"/>
        <w:gridCol w:w="3614"/>
      </w:tblGrid>
      <w:tr w:rsidR="00296F9C" w14:paraId="3E5468CC" w14:textId="77777777">
        <w:trPr>
          <w:jc w:val="center"/>
        </w:trPr>
        <w:tc>
          <w:tcPr>
            <w:tcW w:w="6883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AFAF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186B725" w14:textId="77777777" w:rsidR="00296F9C" w:rsidRDefault="00000000">
            <w:pPr>
              <w:spacing w:after="0" w:line="240" w:lineRule="auto"/>
            </w:pPr>
            <w:r>
              <w:rPr>
                <w:b/>
                <w:color w:val="1F4E79"/>
                <w:sz w:val="17"/>
              </w:rPr>
              <w:t>PAYMENT DETAILS</w:t>
            </w:r>
          </w:p>
          <w:p w14:paraId="582CE85F" w14:textId="77777777" w:rsidR="00296F9C" w:rsidRDefault="00000000">
            <w:pPr>
              <w:spacing w:after="0" w:line="240" w:lineRule="auto"/>
            </w:pPr>
            <w:r>
              <w:rPr>
                <w:b/>
                <w:color w:val="374151"/>
                <w:sz w:val="16"/>
              </w:rPr>
              <w:t xml:space="preserve">Payment Reference: </w:t>
            </w:r>
            <w:r>
              <w:rPr>
                <w:color w:val="111827"/>
                <w:sz w:val="16"/>
              </w:rPr>
              <w:t>{{Payment_Reference}}</w:t>
            </w:r>
          </w:p>
          <w:p w14:paraId="4DDB6DEF" w14:textId="77777777" w:rsidR="00296F9C" w:rsidRDefault="00000000">
            <w:pPr>
              <w:spacing w:after="0" w:line="240" w:lineRule="auto"/>
            </w:pPr>
            <w:r>
              <w:rPr>
                <w:b/>
                <w:color w:val="374151"/>
                <w:sz w:val="16"/>
              </w:rPr>
              <w:t xml:space="preserve">Bank / UTR No.: </w:t>
            </w:r>
            <w:r>
              <w:rPr>
                <w:color w:val="111827"/>
                <w:sz w:val="16"/>
              </w:rPr>
              <w:t>{{Bank_UTR_No}}</w:t>
            </w:r>
          </w:p>
          <w:p w14:paraId="76155977" w14:textId="77777777" w:rsidR="00296F9C" w:rsidRDefault="00000000">
            <w:pPr>
              <w:spacing w:after="0" w:line="240" w:lineRule="auto"/>
            </w:pPr>
            <w:r>
              <w:rPr>
                <w:b/>
                <w:color w:val="374151"/>
                <w:sz w:val="16"/>
              </w:rPr>
              <w:t xml:space="preserve">Remarks: </w:t>
            </w:r>
            <w:r>
              <w:rPr>
                <w:color w:val="111827"/>
                <w:sz w:val="16"/>
              </w:rPr>
              <w:t>{{Remarks}}</w:t>
            </w:r>
          </w:p>
        </w:tc>
        <w:tc>
          <w:tcPr>
            <w:tcW w:w="361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C161CCC" w14:textId="77777777" w:rsidR="00296F9C" w:rsidRDefault="00000000">
            <w:pPr>
              <w:spacing w:after="0" w:line="240" w:lineRule="auto"/>
              <w:jc w:val="center"/>
            </w:pPr>
            <w:r>
              <w:rPr>
                <w:b/>
                <w:color w:val="374151"/>
                <w:sz w:val="16"/>
              </w:rPr>
              <w:t>For {{Company_Name}}</w:t>
            </w:r>
          </w:p>
          <w:p w14:paraId="675B8D9B" w14:textId="77777777" w:rsidR="00296F9C" w:rsidRDefault="00000000">
            <w:pPr>
              <w:spacing w:before="380" w:after="0" w:line="240" w:lineRule="auto"/>
              <w:jc w:val="center"/>
            </w:pPr>
            <w:r>
              <w:rPr>
                <w:b/>
                <w:color w:val="111827"/>
                <w:sz w:val="16"/>
              </w:rPr>
              <w:t>Authorised Signatory</w:t>
            </w:r>
          </w:p>
        </w:tc>
      </w:tr>
    </w:tbl>
    <w:p w14:paraId="47452CC1" w14:textId="77777777" w:rsidR="00296F9C" w:rsidRDefault="00000000">
      <w:pPr>
        <w:spacing w:before="80" w:after="0" w:line="240" w:lineRule="auto"/>
        <w:jc w:val="center"/>
      </w:pPr>
      <w:r>
        <w:rPr>
          <w:i/>
          <w:color w:val="6B7280"/>
          <w:sz w:val="14"/>
        </w:rPr>
        <w:t>This is a computer-generated salary slip and does not require a physical signature.</w:t>
      </w:r>
    </w:p>
    <w:sectPr w:rsidR="00296F9C" w:rsidSect="00FC3905">
      <w:footerReference w:type="default" r:id="rId9"/>
      <w:pgSz w:w="16834" w:h="11909" w:orient="landscape"/>
      <w:pgMar w:top="691" w:right="605" w:bottom="691" w:left="60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842D1" w14:textId="77777777" w:rsidR="00B228C4" w:rsidRDefault="00B228C4">
      <w:pPr>
        <w:spacing w:after="0" w:line="240" w:lineRule="auto"/>
      </w:pPr>
      <w:r>
        <w:separator/>
      </w:r>
    </w:p>
  </w:endnote>
  <w:endnote w:type="continuationSeparator" w:id="0">
    <w:p w14:paraId="4BD6A2E9" w14:textId="77777777" w:rsidR="00B228C4" w:rsidRDefault="00B22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7B396" w14:textId="77777777" w:rsidR="00296F9C" w:rsidRDefault="00000000">
    <w:pPr>
      <w:pStyle w:val="Footer"/>
      <w:jc w:val="center"/>
    </w:pPr>
    <w:r>
      <w:rPr>
        <w:color w:val="9CA3AF"/>
        <w:sz w:val="14"/>
      </w:rPr>
      <w:t>{{</w:t>
    </w:r>
    <w:proofErr w:type="spellStart"/>
    <w:r>
      <w:rPr>
        <w:color w:val="9CA3AF"/>
        <w:sz w:val="14"/>
      </w:rPr>
      <w:t>Company_Name</w:t>
    </w:r>
    <w:proofErr w:type="spellEnd"/>
    <w:r>
      <w:rPr>
        <w:color w:val="9CA3AF"/>
        <w:sz w:val="14"/>
      </w:rPr>
      <w:t>}} | Confidential Payroll Document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2DD50" w14:textId="77777777" w:rsidR="00B228C4" w:rsidRDefault="00B228C4">
      <w:pPr>
        <w:spacing w:after="0" w:line="240" w:lineRule="auto"/>
      </w:pPr>
      <w:r>
        <w:separator/>
      </w:r>
    </w:p>
  </w:footnote>
  <w:footnote w:type="continuationSeparator" w:id="0">
    <w:p w14:paraId="1CEF65CE" w14:textId="77777777" w:rsidR="00B228C4" w:rsidRDefault="00B228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7769723">
    <w:abstractNumId w:val="8"/>
  </w:num>
  <w:num w:numId="2" w16cid:durableId="590047169">
    <w:abstractNumId w:val="6"/>
  </w:num>
  <w:num w:numId="3" w16cid:durableId="1695762439">
    <w:abstractNumId w:val="5"/>
  </w:num>
  <w:num w:numId="4" w16cid:durableId="1644122219">
    <w:abstractNumId w:val="4"/>
  </w:num>
  <w:num w:numId="5" w16cid:durableId="2074110715">
    <w:abstractNumId w:val="7"/>
  </w:num>
  <w:num w:numId="6" w16cid:durableId="140313570">
    <w:abstractNumId w:val="3"/>
  </w:num>
  <w:num w:numId="7" w16cid:durableId="1047492684">
    <w:abstractNumId w:val="2"/>
  </w:num>
  <w:num w:numId="8" w16cid:durableId="1055154553">
    <w:abstractNumId w:val="1"/>
  </w:num>
  <w:num w:numId="9" w16cid:durableId="1261373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96F9C"/>
    <w:rsid w:val="00326F90"/>
    <w:rsid w:val="00AA1D8D"/>
    <w:rsid w:val="00B228C4"/>
    <w:rsid w:val="00B47730"/>
    <w:rsid w:val="00CB0664"/>
    <w:rsid w:val="00CF7CC7"/>
    <w:rsid w:val="00FC390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CE269F"/>
  <w14:defaultImageDpi w14:val="300"/>
  <w15:docId w15:val="{C05A8155-C669-4213-B91B-F91A209FF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Salary Slip Template - QuickTools4U Style</dc:title>
  <dc:subject>DataToPDF Salary Slip Template</dc:subject>
  <dc:creator>DataToPDF</dc:creator>
  <cp:keywords/>
  <dc:description>generated by python-docx</dc:description>
  <cp:lastModifiedBy>GAURAV JAIRATH</cp:lastModifiedBy>
  <cp:revision>2</cp:revision>
  <dcterms:created xsi:type="dcterms:W3CDTF">2013-12-23T23:15:00Z</dcterms:created>
  <dcterms:modified xsi:type="dcterms:W3CDTF">2026-07-26T13:52:00Z</dcterms:modified>
  <cp:category/>
</cp:coreProperties>
</file>